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Sách mẫu Sano</w:t>
      </w:r>
    </w:p>
    <w:p>
      <w:pPr>
        <w:pStyle w:val="Heading1"/>
      </w:pPr>
      <w:r>
        <w:t>Chương 1. Đặt tiêu đề để có mục lục</w:t>
      </w:r>
    </w:p>
    <w:p>
      <w:r>
        <w:t>Đây là file Word mẫu để làm sách nói bằng Sano. Bạn có thể nạp ngay file này vào Sano để thử, hoặc xoá phần hướng dẫn rồi thay bằng nội dung của mình. Sano làm mục lục sách nói dựa vào kiểu chữ của tiêu đề, không dựa vào cỡ chữ hay chữ in đậm. Mỗi chương là một tiêu đề kiểu Heading 1, mỗi mục trong chương là một tiêu đề kiểu Heading 2.</w:t>
      </w:r>
    </w:p>
    <w:p>
      <w:pPr>
        <w:pStyle w:val="Heading2"/>
      </w:pPr>
      <w:r>
        <w:t>Mỗi chương là một Heading 1</w:t>
      </w:r>
    </w:p>
    <w:p>
      <w:r>
        <w:t>Trong Word, bôi đen dòng tên chương, vào thẻ Trang chủ, chọn Heading 1 trong ô Kiểu. Dòng chữ Chương 1 ở trên đang dùng đúng kiểu này. Trong Google Docs, chọn Định dạng, Kiểu đoạn văn, Tiêu đề 1, rồi tải về dưới dạng Microsoft Word.</w:t>
      </w:r>
    </w:p>
    <w:p>
      <w:pPr>
        <w:pStyle w:val="Heading2"/>
      </w:pPr>
      <w:r>
        <w:t>Mỗi mục là một Heading 2</w:t>
      </w:r>
    </w:p>
    <w:p>
      <w:r>
        <w:t>Làm tương tự với tên mục, chọn Heading 2. Khi nghe, bạn nhảy được tới từng chương, từng mục ngay trong Sano, trong ứng dụng nghe sách trên điện thoại và trên màn hình xe.</w:t>
      </w:r>
    </w:p>
    <w:p>
      <w:pPr>
        <w:pStyle w:val="Heading1"/>
      </w:pPr>
      <w:r>
        <w:t>Chương 2. Viết để nghe</w:t>
      </w:r>
    </w:p>
    <w:p>
      <w:r>
        <w:t>Người nghe không nhìn thấy trang sách. Những gì viết để nhìn nên đổi thành lời kể.</w:t>
      </w:r>
    </w:p>
    <w:p>
      <w:pPr>
        <w:pStyle w:val="Heading2"/>
      </w:pPr>
      <w:r>
        <w:t>Bảng và hình</w:t>
      </w:r>
    </w:p>
    <w:p>
      <w:r>
        <w:t>Hình dưới đây là biểu tượng của Sano. Hình không có lời tả nên người nghe sẽ không biết trong hình có gì, và Sano sẽ báo điều này khi bạn nạp file.</w:t>
      </w:r>
    </w:p>
    <w:p>
      <w:r>
        <w:drawing>
          <wp:inline xmlns:a="http://schemas.openxmlformats.org/drawingml/2006/main" xmlns:pic="http://schemas.openxmlformats.org/drawingml/2006/picture">
            <wp:extent cx="1080000" cy="1080000"/>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080000" cy="1080000"/>
                    </a:xfrm>
                    <a:prstGeom prst="rect"/>
                  </pic:spPr>
                </pic:pic>
              </a:graphicData>
            </a:graphic>
          </wp:inline>
        </w:drawing>
      </w:r>
    </w:p>
    <w:p>
      <w:r>
        <w:t>Cách sửa: thêm một câu tả hình, ví dụ: biểu tượng Sano là hình tờ giấy màu đỏ có sóng âm thanh ở giữa. Bảng cũng vậy, hãy kể lại các con số quan trọng thành câu.</w:t>
      </w:r>
    </w:p>
    <w:p>
      <w:pPr>
        <w:pStyle w:val="Heading2"/>
      </w:pPr>
      <w:r>
        <w:t>Chữ viết tắt và ký hiệu</w:t>
      </w:r>
    </w:p>
    <w:p>
      <w:r>
        <w:t>Sano tự đọc nhiều cách viết tắt thông dụng. Ví dụ, học 2-3 giờ/ngày tại TP.HCM, đọc sách → hiểu mình → đổi thói quen. Tránh câu kiểu xem hình bên dưới hay xem trang 12, vì người nghe không có trang để xem.</w:t>
      </w:r>
    </w:p>
    <w:p>
      <w:pPr>
        <w:pStyle w:val="Heading1"/>
      </w:pPr>
      <w:r>
        <w:t>Chương 3. Nội dung của bạn</w:t>
      </w:r>
    </w:p>
    <w:p>
      <w:pPr>
        <w:pStyle w:val="Heading2"/>
      </w:pPr>
      <w:r>
        <w:t>Thay chữ của bạn vào đây</w:t>
      </w:r>
    </w:p>
    <w:p>
      <w:r>
        <w:t>Xoá các chương hướng dẫn ở trên, giữ nguyên kiểu Heading 1 và Heading 2, rồi dán nội dung của bạn vào. Nạp file vào Sano, nghe thử vài đoạn, sửa lời đọc nếu cần, rồi tạo cả cuốn. Chúc bạn có cuốn sách nói đầu tiên thật hay.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Sách mẫu Sano</dc:title>
  <dc:subject/>
  <dc:creator>Sano</dc:creator>
  <cp:keywords/>
  <dc:description>File Word mẫu để làm sách nói bằng Sano</dc:description>
  <cp:lastModifiedBy>Sano</cp:lastModifiedBy>
  <cp:revision>1</cp:revision>
  <dcterms:created xsi:type="dcterms:W3CDTF">2026-09-25T00:00:00Z</dcterms:created>
  <dcterms:modified xsi:type="dcterms:W3CDTF">2026-09-25T00:00:00Z</dcterms:modified>
  <cp:category/>
</cp:coreProperties>
</file>